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FB24F" w14:textId="77777777" w:rsidR="00905905" w:rsidRPr="00FA5C98" w:rsidRDefault="00FA5C98">
      <w:pPr>
        <w:pStyle w:val="Kop1"/>
        <w:rPr>
          <w:lang w:val="nl-NL"/>
        </w:rPr>
      </w:pPr>
      <w:r w:rsidRPr="00FA5C98">
        <w:rPr>
          <w:lang w:val="nl-NL"/>
        </w:rPr>
        <w:t>AI-Logboek</w:t>
      </w:r>
    </w:p>
    <w:p w14:paraId="4D685871" w14:textId="77777777" w:rsidR="00905905" w:rsidRPr="00FA5C98" w:rsidRDefault="00FA5C98">
      <w:pPr>
        <w:rPr>
          <w:lang w:val="nl-NL"/>
        </w:rPr>
      </w:pPr>
      <w:r w:rsidRPr="00FA5C98">
        <w:rPr>
          <w:lang w:val="nl-NL"/>
        </w:rPr>
        <w:t>Dit logboek helpt studenten om hun gebruik van Generatieve AI tijdens het afstudeerproces transparant en verantwoord bij te houden. Vul dit document consequent in.</w:t>
      </w:r>
    </w:p>
    <w:p w14:paraId="3715B56D" w14:textId="77777777" w:rsidR="00905905" w:rsidRPr="00FA5C98" w:rsidRDefault="00FA5C98">
      <w:pPr>
        <w:pStyle w:val="Kop2"/>
        <w:rPr>
          <w:lang w:val="nl-NL"/>
        </w:rPr>
      </w:pPr>
      <w:r w:rsidRPr="00FA5C98">
        <w:rPr>
          <w:lang w:val="nl-NL"/>
        </w:rPr>
        <w:t>Instructie:</w:t>
      </w:r>
    </w:p>
    <w:p w14:paraId="56DDF049" w14:textId="77777777" w:rsidR="00905905" w:rsidRPr="00FA5C98" w:rsidRDefault="00FA5C98">
      <w:pPr>
        <w:rPr>
          <w:lang w:val="nl-NL"/>
        </w:rPr>
      </w:pPr>
      <w:r w:rsidRPr="00FA5C98">
        <w:rPr>
          <w:lang w:val="nl-NL"/>
        </w:rPr>
        <w:t>Noteer iedere keer dat je AI inzet. Beschrijf het doel, de tool, je prompt, de output en hoe je de output hebt gebruikt of aangepast.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693"/>
        <w:gridCol w:w="2268"/>
        <w:gridCol w:w="2835"/>
      </w:tblGrid>
      <w:tr w:rsidR="00905905" w14:paraId="2EE102E0" w14:textId="77777777" w:rsidTr="00FA5C98">
        <w:tc>
          <w:tcPr>
            <w:tcW w:w="959" w:type="dxa"/>
          </w:tcPr>
          <w:p w14:paraId="1B580A9F" w14:textId="77777777" w:rsidR="00905905" w:rsidRDefault="00FA5C98">
            <w:r>
              <w:t>Datum</w:t>
            </w:r>
          </w:p>
        </w:tc>
        <w:tc>
          <w:tcPr>
            <w:tcW w:w="2126" w:type="dxa"/>
          </w:tcPr>
          <w:p w14:paraId="1B9C3108" w14:textId="77777777" w:rsidR="00905905" w:rsidRDefault="00FA5C98">
            <w:r>
              <w:t>Doel van gebruik</w:t>
            </w:r>
          </w:p>
        </w:tc>
        <w:tc>
          <w:tcPr>
            <w:tcW w:w="2693" w:type="dxa"/>
          </w:tcPr>
          <w:p w14:paraId="5211CD62" w14:textId="77777777" w:rsidR="00905905" w:rsidRDefault="00FA5C98">
            <w:r>
              <w:t>Gebruikte tool / model</w:t>
            </w:r>
          </w:p>
        </w:tc>
        <w:tc>
          <w:tcPr>
            <w:tcW w:w="2268" w:type="dxa"/>
          </w:tcPr>
          <w:p w14:paraId="1000FB67" w14:textId="77777777" w:rsidR="00905905" w:rsidRDefault="00FA5C98">
            <w:r>
              <w:t>Prompt / instructie</w:t>
            </w:r>
          </w:p>
        </w:tc>
        <w:tc>
          <w:tcPr>
            <w:tcW w:w="2835" w:type="dxa"/>
          </w:tcPr>
          <w:p w14:paraId="10B946E2" w14:textId="77777777" w:rsidR="00905905" w:rsidRDefault="00FA5C98">
            <w:r>
              <w:t>Output en verwerking</w:t>
            </w:r>
          </w:p>
        </w:tc>
      </w:tr>
      <w:tr w:rsidR="00905905" w14:paraId="6EE9447E" w14:textId="77777777" w:rsidTr="00FA5C98">
        <w:tc>
          <w:tcPr>
            <w:tcW w:w="959" w:type="dxa"/>
          </w:tcPr>
          <w:p w14:paraId="09381CC0" w14:textId="77777777" w:rsidR="00905905" w:rsidRDefault="00905905"/>
        </w:tc>
        <w:tc>
          <w:tcPr>
            <w:tcW w:w="2126" w:type="dxa"/>
          </w:tcPr>
          <w:p w14:paraId="48B3AF44" w14:textId="77777777" w:rsidR="00905905" w:rsidRDefault="00905905"/>
        </w:tc>
        <w:tc>
          <w:tcPr>
            <w:tcW w:w="2693" w:type="dxa"/>
          </w:tcPr>
          <w:p w14:paraId="3057A26A" w14:textId="77777777" w:rsidR="00905905" w:rsidRDefault="00905905"/>
        </w:tc>
        <w:tc>
          <w:tcPr>
            <w:tcW w:w="2268" w:type="dxa"/>
          </w:tcPr>
          <w:p w14:paraId="2CFE86C3" w14:textId="77777777" w:rsidR="00905905" w:rsidRDefault="00905905"/>
        </w:tc>
        <w:tc>
          <w:tcPr>
            <w:tcW w:w="2835" w:type="dxa"/>
          </w:tcPr>
          <w:p w14:paraId="3B84C0E7" w14:textId="77777777" w:rsidR="00905905" w:rsidRDefault="00905905"/>
        </w:tc>
      </w:tr>
      <w:tr w:rsidR="00905905" w14:paraId="497B9465" w14:textId="77777777" w:rsidTr="00FA5C98">
        <w:tc>
          <w:tcPr>
            <w:tcW w:w="959" w:type="dxa"/>
          </w:tcPr>
          <w:p w14:paraId="05F5892B" w14:textId="77777777" w:rsidR="00905905" w:rsidRDefault="00905905"/>
        </w:tc>
        <w:tc>
          <w:tcPr>
            <w:tcW w:w="2126" w:type="dxa"/>
          </w:tcPr>
          <w:p w14:paraId="379BDF9C" w14:textId="77777777" w:rsidR="00905905" w:rsidRDefault="00905905"/>
        </w:tc>
        <w:tc>
          <w:tcPr>
            <w:tcW w:w="2693" w:type="dxa"/>
          </w:tcPr>
          <w:p w14:paraId="71DE24DB" w14:textId="77777777" w:rsidR="00905905" w:rsidRDefault="00905905"/>
        </w:tc>
        <w:tc>
          <w:tcPr>
            <w:tcW w:w="2268" w:type="dxa"/>
          </w:tcPr>
          <w:p w14:paraId="7238E6CF" w14:textId="77777777" w:rsidR="00905905" w:rsidRDefault="00905905"/>
        </w:tc>
        <w:tc>
          <w:tcPr>
            <w:tcW w:w="2835" w:type="dxa"/>
          </w:tcPr>
          <w:p w14:paraId="0BFB79C8" w14:textId="77777777" w:rsidR="00905905" w:rsidRDefault="00905905"/>
        </w:tc>
      </w:tr>
      <w:tr w:rsidR="00905905" w14:paraId="3B409E17" w14:textId="77777777" w:rsidTr="00FA5C98">
        <w:tc>
          <w:tcPr>
            <w:tcW w:w="959" w:type="dxa"/>
          </w:tcPr>
          <w:p w14:paraId="24F8BD03" w14:textId="77777777" w:rsidR="00905905" w:rsidRDefault="00905905"/>
        </w:tc>
        <w:tc>
          <w:tcPr>
            <w:tcW w:w="2126" w:type="dxa"/>
          </w:tcPr>
          <w:p w14:paraId="7577D927" w14:textId="77777777" w:rsidR="00905905" w:rsidRDefault="00905905"/>
        </w:tc>
        <w:tc>
          <w:tcPr>
            <w:tcW w:w="2693" w:type="dxa"/>
          </w:tcPr>
          <w:p w14:paraId="11D2AECC" w14:textId="77777777" w:rsidR="00905905" w:rsidRDefault="00905905"/>
        </w:tc>
        <w:tc>
          <w:tcPr>
            <w:tcW w:w="2268" w:type="dxa"/>
          </w:tcPr>
          <w:p w14:paraId="5A8884E0" w14:textId="77777777" w:rsidR="00905905" w:rsidRDefault="00905905"/>
        </w:tc>
        <w:tc>
          <w:tcPr>
            <w:tcW w:w="2835" w:type="dxa"/>
          </w:tcPr>
          <w:p w14:paraId="425E6B21" w14:textId="77777777" w:rsidR="00905905" w:rsidRDefault="00905905"/>
        </w:tc>
      </w:tr>
      <w:tr w:rsidR="00905905" w14:paraId="50D93079" w14:textId="77777777" w:rsidTr="00FA5C98">
        <w:tc>
          <w:tcPr>
            <w:tcW w:w="959" w:type="dxa"/>
          </w:tcPr>
          <w:p w14:paraId="38FDAEAC" w14:textId="77777777" w:rsidR="00905905" w:rsidRDefault="00905905"/>
        </w:tc>
        <w:tc>
          <w:tcPr>
            <w:tcW w:w="2126" w:type="dxa"/>
          </w:tcPr>
          <w:p w14:paraId="7722DFE9" w14:textId="77777777" w:rsidR="00905905" w:rsidRDefault="00905905"/>
        </w:tc>
        <w:tc>
          <w:tcPr>
            <w:tcW w:w="2693" w:type="dxa"/>
          </w:tcPr>
          <w:p w14:paraId="0FF4EF46" w14:textId="77777777" w:rsidR="00905905" w:rsidRDefault="00905905"/>
        </w:tc>
        <w:tc>
          <w:tcPr>
            <w:tcW w:w="2268" w:type="dxa"/>
          </w:tcPr>
          <w:p w14:paraId="428C0D32" w14:textId="77777777" w:rsidR="00905905" w:rsidRDefault="00905905"/>
        </w:tc>
        <w:tc>
          <w:tcPr>
            <w:tcW w:w="2835" w:type="dxa"/>
          </w:tcPr>
          <w:p w14:paraId="11E31CEB" w14:textId="77777777" w:rsidR="00905905" w:rsidRDefault="00905905"/>
        </w:tc>
      </w:tr>
      <w:tr w:rsidR="00905905" w14:paraId="2C0F2835" w14:textId="77777777" w:rsidTr="00FA5C98">
        <w:tc>
          <w:tcPr>
            <w:tcW w:w="959" w:type="dxa"/>
          </w:tcPr>
          <w:p w14:paraId="37256846" w14:textId="77777777" w:rsidR="00905905" w:rsidRDefault="00905905"/>
        </w:tc>
        <w:tc>
          <w:tcPr>
            <w:tcW w:w="2126" w:type="dxa"/>
          </w:tcPr>
          <w:p w14:paraId="311E28DC" w14:textId="77777777" w:rsidR="00905905" w:rsidRDefault="00905905"/>
        </w:tc>
        <w:tc>
          <w:tcPr>
            <w:tcW w:w="2693" w:type="dxa"/>
          </w:tcPr>
          <w:p w14:paraId="6D125B2F" w14:textId="77777777" w:rsidR="00905905" w:rsidRDefault="00905905"/>
        </w:tc>
        <w:tc>
          <w:tcPr>
            <w:tcW w:w="2268" w:type="dxa"/>
          </w:tcPr>
          <w:p w14:paraId="7440FD0D" w14:textId="77777777" w:rsidR="00905905" w:rsidRDefault="00905905"/>
        </w:tc>
        <w:tc>
          <w:tcPr>
            <w:tcW w:w="2835" w:type="dxa"/>
          </w:tcPr>
          <w:p w14:paraId="7C38D9F9" w14:textId="77777777" w:rsidR="00905905" w:rsidRDefault="00905905"/>
        </w:tc>
      </w:tr>
    </w:tbl>
    <w:p w14:paraId="5C8651BE" w14:textId="77777777" w:rsidR="00905905" w:rsidRDefault="00FA5C98">
      <w:r>
        <w:br/>
        <w:t>Handtekening student: ________________________</w:t>
      </w:r>
    </w:p>
    <w:sectPr w:rsidR="00905905" w:rsidSect="00FA5C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6A28F" w14:textId="77777777" w:rsidR="00FA5C98" w:rsidRDefault="00FA5C98" w:rsidP="00FA5C98">
      <w:pPr>
        <w:spacing w:after="0" w:line="240" w:lineRule="auto"/>
      </w:pPr>
      <w:r>
        <w:separator/>
      </w:r>
    </w:p>
  </w:endnote>
  <w:endnote w:type="continuationSeparator" w:id="0">
    <w:p w14:paraId="4AF677CF" w14:textId="77777777" w:rsidR="00FA5C98" w:rsidRDefault="00FA5C98" w:rsidP="00FA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F5AE" w14:textId="77777777" w:rsidR="00FA5C98" w:rsidRDefault="00FA5C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4398" w14:textId="77777777" w:rsidR="00FA5C98" w:rsidRDefault="00FA5C9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F612" w14:textId="77777777" w:rsidR="00FA5C98" w:rsidRDefault="00FA5C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A90D8" w14:textId="77777777" w:rsidR="00FA5C98" w:rsidRDefault="00FA5C98" w:rsidP="00FA5C98">
      <w:pPr>
        <w:spacing w:after="0" w:line="240" w:lineRule="auto"/>
      </w:pPr>
      <w:r>
        <w:separator/>
      </w:r>
    </w:p>
  </w:footnote>
  <w:footnote w:type="continuationSeparator" w:id="0">
    <w:p w14:paraId="599037BD" w14:textId="77777777" w:rsidR="00FA5C98" w:rsidRDefault="00FA5C98" w:rsidP="00FA5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6921" w14:textId="2759F01A" w:rsidR="00FA5C98" w:rsidRDefault="00FA5C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7548B" w14:textId="405CE099" w:rsidR="00FA5C98" w:rsidRDefault="00FA5C9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EB716" w14:textId="28A043E8" w:rsidR="00FA5C98" w:rsidRDefault="00FA5C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5494489">
    <w:abstractNumId w:val="8"/>
  </w:num>
  <w:num w:numId="2" w16cid:durableId="14505925">
    <w:abstractNumId w:val="6"/>
  </w:num>
  <w:num w:numId="3" w16cid:durableId="418479888">
    <w:abstractNumId w:val="5"/>
  </w:num>
  <w:num w:numId="4" w16cid:durableId="1141338672">
    <w:abstractNumId w:val="4"/>
  </w:num>
  <w:num w:numId="5" w16cid:durableId="1609922613">
    <w:abstractNumId w:val="7"/>
  </w:num>
  <w:num w:numId="6" w16cid:durableId="274289046">
    <w:abstractNumId w:val="3"/>
  </w:num>
  <w:num w:numId="7" w16cid:durableId="2038046789">
    <w:abstractNumId w:val="2"/>
  </w:num>
  <w:num w:numId="8" w16cid:durableId="312948439">
    <w:abstractNumId w:val="1"/>
  </w:num>
  <w:num w:numId="9" w16cid:durableId="173454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05905"/>
    <w:rsid w:val="009B5FBF"/>
    <w:rsid w:val="00AA1D8D"/>
    <w:rsid w:val="00B47730"/>
    <w:rsid w:val="00CB0664"/>
    <w:rsid w:val="00D85583"/>
    <w:rsid w:val="00E203F7"/>
    <w:rsid w:val="00FA5C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24062061"/>
  <w14:defaultImageDpi w14:val="300"/>
  <w15:docId w15:val="{C469AC21-29F8-430C-BDFB-65A132DF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nopgemaaktetabel1">
    <w:name w:val="Plain Table 1"/>
    <w:basedOn w:val="Standaardtabel"/>
    <w:uiPriority w:val="99"/>
    <w:rsid w:val="00FA5C9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Pascal Mariany</cp:lastModifiedBy>
  <cp:revision>3</cp:revision>
  <dcterms:created xsi:type="dcterms:W3CDTF">2013-12-23T23:15:00Z</dcterms:created>
  <dcterms:modified xsi:type="dcterms:W3CDTF">2025-10-17T08:39:00Z</dcterms:modified>
  <cp:category/>
</cp:coreProperties>
</file>